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B0B" w:rsidRPr="00597B0B" w:rsidRDefault="00597B0B" w:rsidP="00597B0B">
      <w:pPr>
        <w:ind w:left="6372" w:firstLine="707"/>
        <w:rPr>
          <w:rFonts w:ascii="Times New Roman" w:hAnsi="Times New Roman" w:cs="Times New Roman"/>
          <w:b/>
          <w:sz w:val="18"/>
          <w:szCs w:val="18"/>
        </w:rPr>
      </w:pPr>
      <w:r w:rsidRPr="00597B0B">
        <w:rPr>
          <w:rFonts w:ascii="Times New Roman" w:hAnsi="Times New Roman" w:cs="Times New Roman"/>
          <w:b/>
          <w:bCs/>
          <w:sz w:val="18"/>
          <w:szCs w:val="18"/>
        </w:rPr>
        <w:t>Załącznik nr 1</w:t>
      </w:r>
    </w:p>
    <w:p w:rsidR="00597B0B" w:rsidRDefault="00597B0B" w:rsidP="00597B0B">
      <w:pPr>
        <w:ind w:left="7080"/>
        <w:rPr>
          <w:sz w:val="18"/>
          <w:szCs w:val="18"/>
        </w:rPr>
      </w:pPr>
      <w:bookmarkStart w:id="0" w:name="_heading=h.gjdgxs" w:colFirst="0" w:colLast="0"/>
      <w:bookmarkEnd w:id="0"/>
      <w:r w:rsidRPr="00597B0B">
        <w:rPr>
          <w:rFonts w:ascii="Times New Roman" w:hAnsi="Times New Roman" w:cs="Times New Roman"/>
          <w:b/>
          <w:bCs/>
          <w:sz w:val="18"/>
          <w:szCs w:val="18"/>
        </w:rPr>
        <w:t xml:space="preserve">do Regulaminu Rekrutacji uczniów do projektu nr </w:t>
      </w:r>
      <w:r w:rsidRPr="00597B0B">
        <w:rPr>
          <w:rFonts w:ascii="Times New Roman" w:hAnsi="Times New Roman" w:cs="Times New Roman"/>
          <w:b/>
          <w:sz w:val="18"/>
          <w:szCs w:val="18"/>
        </w:rPr>
        <w:t>2026-1-PL01-KA121-SCH-000421765</w:t>
      </w:r>
      <w:r>
        <w:rPr>
          <w:b/>
          <w:bCs/>
          <w:sz w:val="20"/>
          <w:szCs w:val="20"/>
        </w:rPr>
        <w:br/>
      </w:r>
    </w:p>
    <w:p w:rsidR="00597B0B" w:rsidRPr="00597B0B" w:rsidRDefault="00597B0B" w:rsidP="00597B0B">
      <w:pPr>
        <w:spacing w:after="120"/>
        <w:jc w:val="center"/>
        <w:rPr>
          <w:sz w:val="28"/>
          <w:szCs w:val="28"/>
        </w:rPr>
      </w:pPr>
      <w:bookmarkStart w:id="1" w:name="_heading=h.30j0zll" w:colFirst="0" w:colLast="0"/>
      <w:bookmarkEnd w:id="1"/>
      <w:r>
        <w:rPr>
          <w:b/>
          <w:bCs/>
          <w:sz w:val="32"/>
          <w:szCs w:val="32"/>
        </w:rPr>
        <w:t xml:space="preserve">FORMULARZ ZGŁOSZENIOWY </w:t>
      </w:r>
      <w:r>
        <w:rPr>
          <w:sz w:val="28"/>
          <w:szCs w:val="28"/>
        </w:rPr>
        <w:br/>
      </w:r>
      <w:r w:rsidRPr="00597B0B">
        <w:rPr>
          <w:b/>
          <w:bCs/>
          <w:sz w:val="24"/>
          <w:szCs w:val="24"/>
        </w:rPr>
        <w:t xml:space="preserve">do projektu </w:t>
      </w:r>
      <w:bookmarkStart w:id="2" w:name="_heading=h.1fob9te" w:colFirst="0" w:colLast="0"/>
      <w:bookmarkEnd w:id="2"/>
      <w:r w:rsidRPr="00597B0B">
        <w:rPr>
          <w:b/>
          <w:sz w:val="24"/>
          <w:szCs w:val="24"/>
        </w:rPr>
        <w:t>numer</w:t>
      </w:r>
      <w:r w:rsidRPr="00597B0B">
        <w:rPr>
          <w:rFonts w:ascii="Times New Roman" w:hAnsi="Times New Roman" w:cs="Times New Roman"/>
          <w:b/>
          <w:sz w:val="24"/>
          <w:szCs w:val="24"/>
        </w:rPr>
        <w:t>2026-1-PL01-KA121-SCH-000421765</w:t>
      </w:r>
    </w:p>
    <w:p w:rsidR="00597B0B" w:rsidRDefault="00597B0B" w:rsidP="00597B0B">
      <w:pPr>
        <w:jc w:val="center"/>
      </w:pPr>
      <w:bookmarkStart w:id="3" w:name="_heading=h.xdk2umr2sll7" w:colFirst="0" w:colLast="0"/>
      <w:bookmarkEnd w:id="3"/>
      <w:r>
        <w:rPr>
          <w:b/>
          <w:bCs/>
          <w:sz w:val="18"/>
          <w:szCs w:val="18"/>
        </w:rPr>
        <w:br/>
      </w:r>
      <w:r>
        <w:t>w ramach Programu Erasmus+,  sektor: Edukacja Szkolna, Akcja 1: Mobilność Edukacyjna</w:t>
      </w:r>
    </w:p>
    <w:tbl>
      <w:tblPr>
        <w:tblW w:w="9690" w:type="dxa"/>
        <w:tblInd w:w="40" w:type="dxa"/>
        <w:tblLayout w:type="fixed"/>
        <w:tblLook w:val="0000" w:firstRow="0" w:lastRow="0" w:firstColumn="0" w:lastColumn="0" w:noHBand="0" w:noVBand="0"/>
      </w:tblPr>
      <w:tblGrid>
        <w:gridCol w:w="3975"/>
        <w:gridCol w:w="5715"/>
      </w:tblGrid>
      <w:tr w:rsidR="00597B0B" w:rsidTr="00F83FC2">
        <w:trPr>
          <w:trHeight w:val="248"/>
        </w:trPr>
        <w:tc>
          <w:tcPr>
            <w:tcW w:w="969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597B0B" w:rsidRDefault="00597B0B" w:rsidP="00F83FC2">
            <w:pPr>
              <w:spacing w:line="360" w:lineRule="auto"/>
              <w:rPr>
                <w:sz w:val="26"/>
                <w:szCs w:val="26"/>
              </w:rPr>
            </w:pPr>
            <w:r>
              <w:rPr>
                <w:b/>
                <w:bCs/>
              </w:rPr>
              <w:t>Dane podstawowe kandydatki/kandydata - WYPEŁNIJ DRUKOWANYMI LITERAMI</w:t>
            </w: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Imię</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Nazwisko</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 xml:space="preserve">Płeć </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PESEL</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Data urodzenia (dd/mm/rrrr)</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Wiek w chwili przystąpienia do projektu</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rPr>
                <w:sz w:val="26"/>
                <w:szCs w:val="26"/>
              </w:rPr>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Obywatelstwo</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 xml:space="preserve">Adres zamieszkania </w:t>
            </w:r>
            <w:r>
              <w:rPr>
                <w:i/>
                <w:iCs/>
              </w:rPr>
              <w:t>(ulica, kod pocztowy, miasto)</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Telefon kontaktowy</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 xml:space="preserve">Email </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rPr>
                <w:sz w:val="26"/>
                <w:szCs w:val="26"/>
              </w:rPr>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Imiona i nazwisko rodziców/opiekunów</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rPr>
                <w:sz w:val="26"/>
                <w:szCs w:val="26"/>
              </w:rPr>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Telefon kontaktowy do rodziców/opiekunów</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96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rPr>
                <w:sz w:val="26"/>
                <w:szCs w:val="26"/>
              </w:rPr>
            </w:pPr>
            <w:r>
              <w:rPr>
                <w:b/>
                <w:bCs/>
              </w:rPr>
              <w:t>Informacje o kandydatce/kandydacie</w:t>
            </w: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Pełna nazwa szkoły oraz adres szkoły</w:t>
            </w:r>
            <w:r>
              <w:br/>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pPr>
          </w:p>
        </w:tc>
      </w:tr>
      <w:tr w:rsidR="00597B0B" w:rsidTr="00F83FC2">
        <w:trPr>
          <w:trHeight w:val="315"/>
        </w:trPr>
        <w:tc>
          <w:tcPr>
            <w:tcW w:w="3975" w:type="dxa"/>
            <w:tcBorders>
              <w:left w:val="single" w:sz="4" w:space="0" w:color="000000"/>
              <w:bottom w:val="single" w:sz="4" w:space="0" w:color="000000"/>
            </w:tcBorders>
            <w:shd w:val="clear" w:color="auto" w:fill="auto"/>
            <w:vAlign w:val="bottom"/>
          </w:tcPr>
          <w:p w:rsidR="00597B0B" w:rsidRDefault="00597B0B" w:rsidP="00F83FC2">
            <w:pPr>
              <w:spacing w:line="360" w:lineRule="auto"/>
              <w:rPr>
                <w:sz w:val="26"/>
                <w:szCs w:val="26"/>
              </w:rPr>
            </w:pPr>
            <w:r>
              <w:t xml:space="preserve">Nazwisko i imię wychowawcy </w:t>
            </w:r>
          </w:p>
        </w:tc>
        <w:tc>
          <w:tcPr>
            <w:tcW w:w="5715" w:type="dxa"/>
            <w:tcBorders>
              <w:left w:val="single" w:sz="4" w:space="0" w:color="000000"/>
              <w:bottom w:val="single" w:sz="4" w:space="0" w:color="000000"/>
              <w:right w:val="single" w:sz="4" w:space="0" w:color="000000"/>
            </w:tcBorders>
            <w:shd w:val="clear" w:color="auto" w:fill="auto"/>
            <w:vAlign w:val="center"/>
          </w:tcPr>
          <w:p w:rsidR="00597B0B" w:rsidRDefault="00597B0B" w:rsidP="00F83FC2">
            <w:pPr>
              <w:spacing w:line="360" w:lineRule="auto"/>
              <w:rPr>
                <w:sz w:val="26"/>
                <w:szCs w:val="26"/>
              </w:rPr>
            </w:pPr>
          </w:p>
        </w:tc>
      </w:tr>
    </w:tbl>
    <w:p w:rsidR="00597B0B" w:rsidRDefault="00597B0B" w:rsidP="00597B0B">
      <w:pPr>
        <w:rPr>
          <w:sz w:val="14"/>
          <w:szCs w:val="14"/>
        </w:rPr>
      </w:pPr>
    </w:p>
    <w:p w:rsidR="007010C0" w:rsidRPr="003A3786" w:rsidRDefault="003A3786">
      <w:pPr>
        <w:pStyle w:val="Nagwek1"/>
        <w:spacing w:after="120" w:line="252" w:lineRule="auto"/>
        <w:rPr>
          <w:rFonts w:cstheme="majorHAnsi"/>
          <w:sz w:val="20"/>
          <w:szCs w:val="20"/>
        </w:rPr>
      </w:pPr>
      <w:r w:rsidRPr="003A3786">
        <w:rPr>
          <w:rFonts w:cstheme="majorHAnsi"/>
          <w:sz w:val="20"/>
          <w:szCs w:val="20"/>
        </w:rPr>
        <w:t>Część B</w:t>
      </w:r>
    </w:p>
    <w:p w:rsidR="003A3786" w:rsidRPr="003A3786" w:rsidRDefault="003A3786" w:rsidP="003A3786">
      <w:r>
        <w:t>________________________________________________________________________________________</w:t>
      </w:r>
    </w:p>
    <w:p w:rsidR="007010C0" w:rsidRDefault="00760835">
      <w:pPr>
        <w:keepNext/>
        <w:spacing w:after="120" w:line="252" w:lineRule="auto"/>
      </w:pPr>
      <w:r>
        <w:rPr>
          <w:b/>
        </w:rPr>
        <w:t>A1. Dlaczego chcesz wziąć udział w Erasmus+?</w:t>
      </w:r>
      <w:r w:rsidR="00C90C1B">
        <w:rPr>
          <w:b/>
        </w:rPr>
        <w:t xml:space="preserve"> Wybierz maksymalnie dwa powody i odpowiedz na pytania.</w:t>
      </w:r>
    </w:p>
    <w:p w:rsidR="007010C0" w:rsidRDefault="00760835">
      <w:pPr>
        <w:spacing w:after="80" w:line="252" w:lineRule="auto"/>
      </w:pPr>
      <w:r>
        <w:t>☐ a) Chcę spróbować nowych sposobów uczenia się z użyciem narzędzi cyfrowych.</w:t>
      </w:r>
      <w:r w:rsidR="00C90C1B">
        <w:t xml:space="preserve"> Jakich? ………………………………………………………………………………………………………………………………………………………………………</w:t>
      </w:r>
    </w:p>
    <w:p w:rsidR="007010C0" w:rsidRDefault="00760835">
      <w:pPr>
        <w:spacing w:after="80" w:line="252" w:lineRule="auto"/>
      </w:pPr>
      <w:r>
        <w:t>☐ b) Chcę zdobyć większą pewność siebie podczas pracy z innymi uczniami.</w:t>
      </w:r>
      <w:r w:rsidR="00C90C1B">
        <w:t xml:space="preserve"> W jaki sposób projekt Ci w tym pomoże? ………………………………………………………………………………………………………………………………………………………………………………………………………………………………………………………………………………………………………………………………………………………</w:t>
      </w:r>
      <w:r w:rsidR="00D45901">
        <w:t>…</w:t>
      </w:r>
    </w:p>
    <w:p w:rsidR="007010C0" w:rsidRDefault="00760835">
      <w:pPr>
        <w:spacing w:after="80" w:line="252" w:lineRule="auto"/>
      </w:pPr>
      <w:r>
        <w:t>☐ c) Chcę poznać młodzież z innego kraju i uczyć się od niej.</w:t>
      </w:r>
    </w:p>
    <w:p w:rsidR="00C90C1B" w:rsidRDefault="00C90C1B">
      <w:pPr>
        <w:spacing w:after="80" w:line="252" w:lineRule="auto"/>
      </w:pPr>
      <w:r>
        <w:t>Jak wykorzystasz takie znajomości? Czego chciałbyś/chciałabyś sie nauczyć? …………………………………………………………………………………………………………………………………………………………………………………………………………………………………………………………………………………………………………………………………………………………</w:t>
      </w:r>
    </w:p>
    <w:p w:rsidR="00C90C1B" w:rsidRDefault="00760835">
      <w:pPr>
        <w:keepNext/>
        <w:spacing w:after="120" w:line="252" w:lineRule="auto"/>
        <w:rPr>
          <w:b/>
        </w:rPr>
      </w:pPr>
      <w:r>
        <w:rPr>
          <w:b/>
        </w:rPr>
        <w:t>A2. Na zajęciach otrzymujesz zadanie w aplikacji, której nie znasz. Co z</w:t>
      </w:r>
      <w:r w:rsidR="00C90C1B">
        <w:rPr>
          <w:b/>
        </w:rPr>
        <w:t>robisz? Odpowiedz w maksymalnie 2 zdaniach.</w:t>
      </w:r>
    </w:p>
    <w:p w:rsidR="00C90C1B" w:rsidRPr="00D45901" w:rsidRDefault="00C90C1B">
      <w:pPr>
        <w:keepNext/>
        <w:spacing w:after="120" w:line="252" w:lineRule="auto"/>
      </w:pPr>
      <w:r w:rsidRPr="00D45901">
        <w:t>……………………………………………………………………………………………………………………………………………………………………………………………………………………………………………………………………………………………………………………………………………………………………………………………………………………………………………………………………………………………………………………</w:t>
      </w:r>
      <w:r w:rsidR="00D45901">
        <w:t>………………..</w:t>
      </w:r>
    </w:p>
    <w:p w:rsidR="007010C0" w:rsidRDefault="00760835">
      <w:pPr>
        <w:keepNext/>
        <w:spacing w:after="120" w:line="252" w:lineRule="auto"/>
      </w:pPr>
      <w:r>
        <w:rPr>
          <w:b/>
        </w:rPr>
        <w:t>A3. Moja motywacja. Dokończ trzy zdania. Wystarczy kilka słów lub jedno krótkie zdanie w każdym punkcie.</w:t>
      </w:r>
    </w:p>
    <w:p w:rsidR="007010C0" w:rsidRDefault="00760835">
      <w:pPr>
        <w:spacing w:after="120" w:line="252" w:lineRule="auto"/>
      </w:pPr>
      <w:r>
        <w:t>Dzięki udziałowi w projekcie chcę nauczyć się ...........................................</w:t>
      </w:r>
    </w:p>
    <w:p w:rsidR="007010C0" w:rsidRDefault="00760835">
      <w:pPr>
        <w:spacing w:after="120" w:line="252" w:lineRule="auto"/>
      </w:pPr>
      <w:r>
        <w:t>........................................................................................................................</w:t>
      </w:r>
    </w:p>
    <w:p w:rsidR="007010C0" w:rsidRDefault="00760835">
      <w:pPr>
        <w:spacing w:after="120" w:line="252" w:lineRule="auto"/>
      </w:pPr>
      <w:r>
        <w:t>Gdy zadanie będzie trudne, spróbuję ...........................................................</w:t>
      </w:r>
    </w:p>
    <w:p w:rsidR="007010C0" w:rsidRDefault="00760835">
      <w:pPr>
        <w:spacing w:after="120" w:line="252" w:lineRule="auto"/>
      </w:pPr>
      <w:r>
        <w:t>........................................................................................................................</w:t>
      </w:r>
    </w:p>
    <w:p w:rsidR="007010C0" w:rsidRDefault="00760835">
      <w:pPr>
        <w:spacing w:after="120" w:line="252" w:lineRule="auto"/>
      </w:pPr>
      <w:r>
        <w:t>Po projekcie wykorzystam nową umiejętność do ........................................</w:t>
      </w:r>
    </w:p>
    <w:p w:rsidR="007010C0" w:rsidRDefault="00760835">
      <w:pPr>
        <w:spacing w:after="120" w:line="252" w:lineRule="auto"/>
      </w:pPr>
      <w:r>
        <w:t>........................................................................................................................</w:t>
      </w:r>
    </w:p>
    <w:p w:rsidR="007010C0" w:rsidRDefault="007010C0">
      <w:pPr>
        <w:spacing w:after="120" w:line="252" w:lineRule="auto"/>
      </w:pPr>
    </w:p>
    <w:p w:rsidR="007010C0" w:rsidRDefault="00760835">
      <w:pPr>
        <w:keepNext/>
        <w:pageBreakBefore/>
        <w:spacing w:after="120" w:line="252" w:lineRule="auto"/>
      </w:pPr>
      <w:r>
        <w:rPr>
          <w:b/>
        </w:rPr>
        <w:lastRenderedPageBreak/>
        <w:t>A4. Co chcesz rozwinąć dzięki udziałowi w projekcie?</w:t>
      </w:r>
    </w:p>
    <w:p w:rsidR="007010C0" w:rsidRDefault="00760835">
      <w:pPr>
        <w:spacing w:after="120" w:line="252" w:lineRule="auto"/>
      </w:pPr>
      <w:r>
        <w:rPr>
          <w:b/>
        </w:rPr>
        <w:t>Wybierz maksymalnie 4 obszary:</w:t>
      </w:r>
    </w:p>
    <w:p w:rsidR="007010C0" w:rsidRDefault="00760835">
      <w:pPr>
        <w:spacing w:after="80" w:line="252" w:lineRule="auto"/>
      </w:pPr>
      <w:r>
        <w:t>☐ język angielski</w:t>
      </w:r>
    </w:p>
    <w:p w:rsidR="007010C0" w:rsidRDefault="00760835">
      <w:pPr>
        <w:spacing w:after="80" w:line="252" w:lineRule="auto"/>
      </w:pPr>
      <w:r>
        <w:t>☐ komunikacja z innymi</w:t>
      </w:r>
    </w:p>
    <w:p w:rsidR="007010C0" w:rsidRDefault="00760835">
      <w:pPr>
        <w:spacing w:after="80" w:line="252" w:lineRule="auto"/>
      </w:pPr>
      <w:r>
        <w:t>☐ praca w grupie</w:t>
      </w:r>
    </w:p>
    <w:p w:rsidR="007010C0" w:rsidRDefault="00760835">
      <w:pPr>
        <w:spacing w:after="80" w:line="252" w:lineRule="auto"/>
      </w:pPr>
      <w:r>
        <w:t>☐ samodzielność</w:t>
      </w:r>
    </w:p>
    <w:p w:rsidR="007010C0" w:rsidRDefault="00760835">
      <w:pPr>
        <w:spacing w:after="80" w:line="252" w:lineRule="auto"/>
      </w:pPr>
      <w:r>
        <w:t>☐ kreatywność</w:t>
      </w:r>
    </w:p>
    <w:p w:rsidR="007010C0" w:rsidRDefault="00760835">
      <w:pPr>
        <w:spacing w:after="80" w:line="252" w:lineRule="auto"/>
      </w:pPr>
      <w:r>
        <w:t>☐ umiejętności cyfrowe</w:t>
      </w:r>
    </w:p>
    <w:p w:rsidR="007010C0" w:rsidRDefault="00760835">
      <w:pPr>
        <w:spacing w:after="80" w:line="252" w:lineRule="auto"/>
      </w:pPr>
      <w:r>
        <w:t>☐ wystąpienia / prezentowanie</w:t>
      </w:r>
    </w:p>
    <w:p w:rsidR="007010C0" w:rsidRDefault="00760835">
      <w:pPr>
        <w:spacing w:after="80" w:line="252" w:lineRule="auto"/>
      </w:pPr>
      <w:r>
        <w:t>☐ wiedza o innych krajach i kulturach</w:t>
      </w:r>
    </w:p>
    <w:p w:rsidR="007010C0" w:rsidRDefault="00760835">
      <w:pPr>
        <w:spacing w:after="80" w:line="252" w:lineRule="auto"/>
      </w:pPr>
      <w:r>
        <w:t>☐ organizacja pracy</w:t>
      </w:r>
    </w:p>
    <w:p w:rsidR="007010C0" w:rsidRDefault="00760835">
      <w:pPr>
        <w:spacing w:after="80" w:line="252" w:lineRule="auto"/>
      </w:pPr>
      <w:r>
        <w:t>☐ inne: ..................................................................................................</w:t>
      </w:r>
    </w:p>
    <w:p w:rsidR="007010C0" w:rsidRDefault="00760835">
      <w:pPr>
        <w:spacing w:after="120" w:line="252" w:lineRule="auto"/>
      </w:pPr>
      <w:r>
        <w:rPr>
          <w:b/>
        </w:rPr>
        <w:t>Wybierz jeden najważniejszy dla Ciebie obszar i napisz, dlaczego:</w:t>
      </w:r>
    </w:p>
    <w:p w:rsidR="007010C0" w:rsidRDefault="00760835">
      <w:pPr>
        <w:spacing w:after="120" w:line="252" w:lineRule="auto"/>
      </w:pPr>
      <w:r>
        <w:t>..................................................................................................................................</w:t>
      </w:r>
    </w:p>
    <w:p w:rsidR="007010C0" w:rsidRDefault="00760835">
      <w:pPr>
        <w:spacing w:after="120" w:line="252" w:lineRule="auto"/>
      </w:pPr>
      <w:r>
        <w:t>..................................................................................................................................</w:t>
      </w:r>
    </w:p>
    <w:p w:rsidR="007010C0" w:rsidRDefault="007010C0">
      <w:pPr>
        <w:spacing w:after="120" w:line="252" w:lineRule="auto"/>
      </w:pPr>
    </w:p>
    <w:p w:rsidR="007010C0" w:rsidRDefault="00760835">
      <w:pPr>
        <w:keepNext/>
        <w:pageBreakBefore/>
        <w:spacing w:after="120" w:line="252" w:lineRule="auto"/>
      </w:pPr>
      <w:r>
        <w:rPr>
          <w:b/>
        </w:rPr>
        <w:lastRenderedPageBreak/>
        <w:t>A5. Umiejętności cyfrowe</w:t>
      </w:r>
    </w:p>
    <w:p w:rsidR="007010C0" w:rsidRDefault="00760835">
      <w:pPr>
        <w:spacing w:after="120" w:line="252" w:lineRule="auto"/>
      </w:pPr>
      <w:r>
        <w:rPr>
          <w:b/>
        </w:rPr>
        <w:t>Zaznacz narzędzia, z których potrafisz korzystać:</w:t>
      </w:r>
    </w:p>
    <w:p w:rsidR="007010C0" w:rsidRDefault="00760835">
      <w:pPr>
        <w:spacing w:after="80" w:line="252" w:lineRule="auto"/>
      </w:pPr>
      <w:r>
        <w:t>☐ Canva</w:t>
      </w:r>
    </w:p>
    <w:p w:rsidR="007010C0" w:rsidRDefault="00760835">
      <w:pPr>
        <w:spacing w:after="80" w:line="252" w:lineRule="auto"/>
      </w:pPr>
      <w:r>
        <w:t>☐ PowerPoint / Google Slides</w:t>
      </w:r>
    </w:p>
    <w:p w:rsidR="007010C0" w:rsidRDefault="00760835">
      <w:pPr>
        <w:spacing w:after="80" w:line="252" w:lineRule="auto"/>
      </w:pPr>
      <w:r>
        <w:t>☐ Word / Google Docs</w:t>
      </w:r>
    </w:p>
    <w:p w:rsidR="007010C0" w:rsidRDefault="00760835">
      <w:pPr>
        <w:spacing w:after="80" w:line="252" w:lineRule="auto"/>
      </w:pPr>
      <w:r>
        <w:t>☐ Excel / Google Sheets</w:t>
      </w:r>
    </w:p>
    <w:p w:rsidR="007010C0" w:rsidRDefault="00760835">
      <w:pPr>
        <w:spacing w:after="80" w:line="252" w:lineRule="auto"/>
      </w:pPr>
      <w:r>
        <w:t>☐ edycja zdjęć</w:t>
      </w:r>
    </w:p>
    <w:p w:rsidR="007010C0" w:rsidRDefault="00760835">
      <w:pPr>
        <w:spacing w:after="80" w:line="252" w:lineRule="auto"/>
      </w:pPr>
      <w:r>
        <w:t>☐ edycja filmu</w:t>
      </w:r>
    </w:p>
    <w:p w:rsidR="007010C0" w:rsidRDefault="00760835">
      <w:pPr>
        <w:spacing w:after="80" w:line="252" w:lineRule="auto"/>
      </w:pPr>
      <w:r>
        <w:t>☐ tworzenie grafik</w:t>
      </w:r>
    </w:p>
    <w:p w:rsidR="007010C0" w:rsidRDefault="00760835">
      <w:pPr>
        <w:spacing w:after="80" w:line="252" w:lineRule="auto"/>
      </w:pPr>
      <w:r>
        <w:t>☐ media społecznościowe</w:t>
      </w:r>
    </w:p>
    <w:p w:rsidR="007010C0" w:rsidRDefault="00760835">
      <w:pPr>
        <w:spacing w:after="80" w:line="252" w:lineRule="auto"/>
      </w:pPr>
      <w:r>
        <w:t>☐ narzędzia AI</w:t>
      </w:r>
    </w:p>
    <w:p w:rsidR="007010C0" w:rsidRDefault="00760835">
      <w:pPr>
        <w:spacing w:after="80" w:line="252" w:lineRule="auto"/>
      </w:pPr>
      <w:r>
        <w:t>☐ inne: ....................................................................................................</w:t>
      </w:r>
    </w:p>
    <w:p w:rsidR="007010C0" w:rsidRDefault="00760835">
      <w:pPr>
        <w:spacing w:after="80" w:line="252" w:lineRule="auto"/>
      </w:pPr>
      <w:r>
        <w:t>☐ nie korzystam jeszcze swobodnie z takich narzędzi</w:t>
      </w:r>
    </w:p>
    <w:p w:rsidR="007010C0" w:rsidRDefault="00760835">
      <w:pPr>
        <w:spacing w:after="120" w:line="252" w:lineRule="auto"/>
      </w:pPr>
      <w:r>
        <w:rPr>
          <w:b/>
        </w:rPr>
        <w:t>W jaki sposób mógłbyś/mogłabyś wykorzystać swoje umiejętności podczas projektu?</w:t>
      </w:r>
    </w:p>
    <w:p w:rsidR="007010C0" w:rsidRDefault="00760835">
      <w:pPr>
        <w:spacing w:after="120" w:line="252" w:lineRule="auto"/>
      </w:pPr>
      <w:r>
        <w:t>Podaj maksymalnie 2 pomysły. Możesz też napisać, czego chcesz się nauczyć i jak to wykorzystasz.</w:t>
      </w:r>
    </w:p>
    <w:p w:rsidR="007010C0" w:rsidRDefault="00760835">
      <w:pPr>
        <w:spacing w:after="120" w:line="252" w:lineRule="auto"/>
      </w:pPr>
      <w:r>
        <w:t>1. ........................................................................................................................</w:t>
      </w:r>
    </w:p>
    <w:p w:rsidR="007010C0" w:rsidRDefault="00760835">
      <w:pPr>
        <w:spacing w:after="120" w:line="252" w:lineRule="auto"/>
      </w:pPr>
      <w:r>
        <w:t>............................................................................................................................</w:t>
      </w:r>
    </w:p>
    <w:p w:rsidR="007010C0" w:rsidRDefault="00760835">
      <w:pPr>
        <w:spacing w:after="120" w:line="252" w:lineRule="auto"/>
      </w:pPr>
      <w:r>
        <w:t>2. ........................................................................................................................</w:t>
      </w:r>
    </w:p>
    <w:p w:rsidR="007010C0" w:rsidRDefault="00760835">
      <w:pPr>
        <w:spacing w:after="120" w:line="252" w:lineRule="auto"/>
      </w:pPr>
      <w:r>
        <w:t>............................................................................................................................</w:t>
      </w:r>
    </w:p>
    <w:p w:rsidR="007010C0" w:rsidRDefault="007010C0">
      <w:pPr>
        <w:spacing w:after="120" w:line="252" w:lineRule="auto"/>
      </w:pPr>
    </w:p>
    <w:p w:rsidR="007010C0" w:rsidRPr="003A3786" w:rsidRDefault="00760835">
      <w:pPr>
        <w:pStyle w:val="Nagwek1"/>
        <w:pageBreakBefore/>
        <w:spacing w:after="120" w:line="252" w:lineRule="auto"/>
        <w:rPr>
          <w:sz w:val="18"/>
          <w:szCs w:val="18"/>
        </w:rPr>
      </w:pPr>
      <w:r w:rsidRPr="003A3786">
        <w:rPr>
          <w:sz w:val="18"/>
          <w:szCs w:val="18"/>
        </w:rPr>
        <w:lastRenderedPageBreak/>
        <w:t>Współpraca i działania międzykulturowe</w:t>
      </w:r>
    </w:p>
    <w:p w:rsidR="007010C0" w:rsidRDefault="00760835">
      <w:pPr>
        <w:keepNext/>
        <w:spacing w:after="120" w:line="252" w:lineRule="auto"/>
      </w:pPr>
      <w:r>
        <w:rPr>
          <w:b/>
        </w:rPr>
        <w:t>B1. Zespół ma dwa pomysły na wspólny film, a termin zbliża się. Jak działasz?</w:t>
      </w:r>
    </w:p>
    <w:p w:rsidR="007010C0" w:rsidRDefault="00760835">
      <w:pPr>
        <w:spacing w:after="80" w:line="252" w:lineRule="auto"/>
      </w:pPr>
      <w:r>
        <w:t>☐ a) Proponuję szybkie głosowanie bez omawiania pomysłów.</w:t>
      </w:r>
    </w:p>
    <w:p w:rsidR="007010C0" w:rsidRDefault="00760835">
      <w:pPr>
        <w:spacing w:after="80" w:line="252" w:lineRule="auto"/>
      </w:pPr>
      <w:r>
        <w:t>☐ b) Ustalamy kryteria, porównujemy pomysły i uzgadniamy podział pracy.</w:t>
      </w:r>
    </w:p>
    <w:p w:rsidR="007010C0" w:rsidRDefault="00760835">
      <w:pPr>
        <w:spacing w:after="80" w:line="252" w:lineRule="auto"/>
      </w:pPr>
      <w:r>
        <w:t>☐ c) Przygotowuję własną wersję i proszę grupę, żeby ją zaakceptowała.</w:t>
      </w:r>
    </w:p>
    <w:p w:rsidR="007010C0" w:rsidRDefault="00760835">
      <w:pPr>
        <w:keepNext/>
        <w:spacing w:after="120" w:line="252" w:lineRule="auto"/>
      </w:pPr>
      <w:r>
        <w:rPr>
          <w:b/>
        </w:rPr>
        <w:t>B2. Uczeń szkoły partnerskiej rzadko zabiera głos na spotkaniach online. Co robisz?</w:t>
      </w:r>
    </w:p>
    <w:p w:rsidR="007010C0" w:rsidRDefault="00760835">
      <w:pPr>
        <w:spacing w:after="80" w:line="252" w:lineRule="auto"/>
      </w:pPr>
      <w:r>
        <w:t>☐ a) Pytam o trudności i proponuję np. czat, pracę w parze lub więcej czasu.</w:t>
      </w:r>
    </w:p>
    <w:p w:rsidR="007010C0" w:rsidRDefault="00760835">
      <w:pPr>
        <w:spacing w:after="80" w:line="252" w:lineRule="auto"/>
      </w:pPr>
      <w:r>
        <w:t>☐ b) Wysyłam mu podsumowanie i czekam, aż sam zgłosi chęć działania.</w:t>
      </w:r>
    </w:p>
    <w:p w:rsidR="007010C0" w:rsidRDefault="00760835">
      <w:pPr>
        <w:spacing w:after="80" w:line="252" w:lineRule="auto"/>
      </w:pPr>
      <w:r>
        <w:t>☐ c) Przekazuję jego zadanie innym, bez rozmowy z nim.</w:t>
      </w:r>
    </w:p>
    <w:p w:rsidR="007010C0" w:rsidRDefault="00760835">
      <w:pPr>
        <w:keepNext/>
        <w:spacing w:after="120" w:line="252" w:lineRule="auto"/>
      </w:pPr>
      <w:r>
        <w:rPr>
          <w:b/>
        </w:rPr>
        <w:t>B3. Zadanie kreatywne — poznajmy się. Chcesz poznać uczniów z innego kraju. Wybierz jeden temat rozmowy i dokończ dwa zdania. Wystarczy po jednym krótkim pomyśle.</w:t>
      </w:r>
      <w:r>
        <w:rPr>
          <w:b/>
        </w:rPr>
        <w:br/>
        <w:t>Temat: ☐ muzyka  ☐ sport  ☐ szkoła  ☐ czas wolny</w:t>
      </w:r>
      <w:r>
        <w:rPr>
          <w:b/>
        </w:rPr>
        <w:br/>
        <w:t>☐ inny: ....................................</w:t>
      </w:r>
    </w:p>
    <w:p w:rsidR="007010C0" w:rsidRDefault="00760835">
      <w:pPr>
        <w:spacing w:after="120" w:line="252" w:lineRule="auto"/>
      </w:pPr>
      <w:r>
        <w:t>Żeby poznać swoje zainteresowania, możemy razem ................................</w:t>
      </w:r>
    </w:p>
    <w:p w:rsidR="007010C0" w:rsidRDefault="00760835">
      <w:pPr>
        <w:spacing w:after="120" w:line="252" w:lineRule="auto"/>
      </w:pPr>
      <w:r>
        <w:t>........................................................................................................................</w:t>
      </w:r>
    </w:p>
    <w:p w:rsidR="007010C0" w:rsidRDefault="00760835">
      <w:pPr>
        <w:spacing w:after="120" w:line="252" w:lineRule="auto"/>
      </w:pPr>
      <w:r>
        <w:t>........................................................................................................................</w:t>
      </w:r>
    </w:p>
    <w:p w:rsidR="007010C0" w:rsidRDefault="00760835">
      <w:pPr>
        <w:spacing w:after="120" w:line="252" w:lineRule="auto"/>
      </w:pPr>
      <w:r>
        <w:t>Osobie, która ma trudność z rozmową, pomogę przez ................................</w:t>
      </w:r>
    </w:p>
    <w:p w:rsidR="007010C0" w:rsidRDefault="00760835">
      <w:pPr>
        <w:spacing w:after="120" w:line="252" w:lineRule="auto"/>
      </w:pPr>
      <w:r>
        <w:t>........................................................................................................................</w:t>
      </w:r>
    </w:p>
    <w:p w:rsidR="007010C0" w:rsidRDefault="00760835">
      <w:pPr>
        <w:spacing w:after="120" w:line="252" w:lineRule="auto"/>
      </w:pPr>
      <w:r>
        <w:t>........................................................................................................................</w:t>
      </w:r>
    </w:p>
    <w:p w:rsidR="007010C0" w:rsidRPr="003A3786" w:rsidRDefault="00760835">
      <w:pPr>
        <w:pStyle w:val="Nagwek1"/>
        <w:spacing w:after="120" w:line="252" w:lineRule="auto"/>
        <w:rPr>
          <w:sz w:val="18"/>
          <w:szCs w:val="18"/>
        </w:rPr>
      </w:pPr>
      <w:r w:rsidRPr="003A3786">
        <w:rPr>
          <w:sz w:val="18"/>
          <w:szCs w:val="18"/>
        </w:rPr>
        <w:t>Zaangażowanie w naukę i rozwój</w:t>
      </w:r>
    </w:p>
    <w:p w:rsidR="007010C0" w:rsidRDefault="00760835">
      <w:pPr>
        <w:spacing w:after="120" w:line="252" w:lineRule="auto"/>
      </w:pPr>
      <w:r>
        <w:t>Zaznacz zgodnie ze swoją gotowością. Odpowiedź TAK oznacza deklarację działania, również z odpowiednim wsparciem szkoły.</w:t>
      </w:r>
    </w:p>
    <w:tbl>
      <w:tblPr>
        <w:tblStyle w:val="Tabela-Siatka"/>
        <w:tblW w:w="0" w:type="auto"/>
        <w:tblLayout w:type="fixed"/>
        <w:tblLook w:val="04A0" w:firstRow="1" w:lastRow="0" w:firstColumn="1" w:lastColumn="0" w:noHBand="0" w:noVBand="1"/>
      </w:tblPr>
      <w:tblGrid>
        <w:gridCol w:w="7632"/>
        <w:gridCol w:w="1008"/>
        <w:gridCol w:w="1008"/>
      </w:tblGrid>
      <w:tr w:rsidR="007010C0">
        <w:tc>
          <w:tcPr>
            <w:tcW w:w="7632" w:type="dxa"/>
            <w:tcBorders>
              <w:top w:val="single" w:sz="4" w:space="0" w:color="D9D9D9"/>
              <w:left w:val="single" w:sz="4" w:space="0" w:color="D9D9D9"/>
              <w:bottom w:val="single" w:sz="4" w:space="0" w:color="D9D9D9"/>
              <w:right w:val="single" w:sz="4" w:space="0" w:color="D9D9D9"/>
            </w:tcBorders>
            <w:shd w:val="clear" w:color="auto" w:fill="E8EEF4"/>
          </w:tcPr>
          <w:p w:rsidR="007010C0" w:rsidRDefault="00760835">
            <w:pPr>
              <w:spacing w:before="80" w:after="80"/>
            </w:pPr>
            <w:r>
              <w:rPr>
                <w:b/>
                <w:sz w:val="20"/>
              </w:rPr>
              <w:t>Deklaracja</w:t>
            </w:r>
          </w:p>
        </w:tc>
        <w:tc>
          <w:tcPr>
            <w:tcW w:w="1008" w:type="dxa"/>
            <w:tcBorders>
              <w:top w:val="single" w:sz="4" w:space="0" w:color="D9D9D9"/>
              <w:left w:val="single" w:sz="4" w:space="0" w:color="D9D9D9"/>
              <w:bottom w:val="single" w:sz="4" w:space="0" w:color="D9D9D9"/>
              <w:right w:val="single" w:sz="4" w:space="0" w:color="D9D9D9"/>
            </w:tcBorders>
            <w:shd w:val="clear" w:color="auto" w:fill="E8EEF4"/>
          </w:tcPr>
          <w:p w:rsidR="007010C0" w:rsidRDefault="00760835">
            <w:pPr>
              <w:spacing w:before="80" w:after="80"/>
            </w:pPr>
            <w:r>
              <w:rPr>
                <w:b/>
                <w:sz w:val="20"/>
              </w:rPr>
              <w:t>TAK</w:t>
            </w:r>
          </w:p>
        </w:tc>
        <w:tc>
          <w:tcPr>
            <w:tcW w:w="1008" w:type="dxa"/>
            <w:tcBorders>
              <w:top w:val="single" w:sz="4" w:space="0" w:color="D9D9D9"/>
              <w:left w:val="single" w:sz="4" w:space="0" w:color="D9D9D9"/>
              <w:bottom w:val="single" w:sz="4" w:space="0" w:color="D9D9D9"/>
              <w:right w:val="single" w:sz="4" w:space="0" w:color="D9D9D9"/>
            </w:tcBorders>
            <w:shd w:val="clear" w:color="auto" w:fill="E8EEF4"/>
          </w:tcPr>
          <w:p w:rsidR="007010C0" w:rsidRDefault="00760835">
            <w:pPr>
              <w:spacing w:before="80" w:after="80"/>
            </w:pPr>
            <w:r>
              <w:rPr>
                <w:b/>
                <w:sz w:val="20"/>
              </w:rPr>
              <w:t>NIE</w:t>
            </w:r>
          </w:p>
        </w:tc>
      </w:tr>
      <w:tr w:rsidR="007010C0">
        <w:tc>
          <w:tcPr>
            <w:tcW w:w="763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C1. Będę uczestniczyć w przygotowaniu cyfrowym, językowym i międzykulturowym.</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r>
      <w:tr w:rsidR="007010C0">
        <w:tc>
          <w:tcPr>
            <w:tcW w:w="763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C2. Nauczę się wybranego narzędzia cyfrowego i przygotuję próbny materiał.</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r>
      <w:tr w:rsidR="007010C0">
        <w:tc>
          <w:tcPr>
            <w:tcW w:w="763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C3. Przyjmę zadanie i termin w zespole; zgłoszę trudności oraz potrzebną pomoc.</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r>
      <w:tr w:rsidR="007010C0">
        <w:tc>
          <w:tcPr>
            <w:tcW w:w="763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C4. Będę ćwiczyć udzielanie informacji zwrotnej i rozwiązywanie różnic zdań.</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r>
      <w:tr w:rsidR="007010C0">
        <w:tc>
          <w:tcPr>
            <w:tcW w:w="763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C5. Pomogę przedstawić rezultaty projektu w szkole, w dostępnej dla mnie formie.</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c>
          <w:tcPr>
            <w:tcW w:w="1008"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t>
            </w:r>
          </w:p>
        </w:tc>
      </w:tr>
    </w:tbl>
    <w:p w:rsidR="007010C0" w:rsidRDefault="007010C0">
      <w:pPr>
        <w:spacing w:after="120" w:line="252" w:lineRule="auto"/>
      </w:pPr>
    </w:p>
    <w:p w:rsidR="00C90C1B" w:rsidRDefault="00C90C1B">
      <w:pPr>
        <w:spacing w:after="120" w:line="252" w:lineRule="auto"/>
        <w:rPr>
          <w:b/>
        </w:rPr>
      </w:pPr>
    </w:p>
    <w:p w:rsidR="00C90C1B" w:rsidRDefault="00C90C1B">
      <w:pPr>
        <w:spacing w:after="120" w:line="252" w:lineRule="auto"/>
        <w:rPr>
          <w:b/>
        </w:rPr>
      </w:pPr>
    </w:p>
    <w:p w:rsidR="00C90C1B" w:rsidRDefault="00C90C1B">
      <w:pPr>
        <w:spacing w:after="120" w:line="252" w:lineRule="auto"/>
        <w:rPr>
          <w:b/>
        </w:rPr>
      </w:pPr>
    </w:p>
    <w:p w:rsidR="00C90C1B" w:rsidRDefault="00C90C1B">
      <w:pPr>
        <w:spacing w:after="120" w:line="252" w:lineRule="auto"/>
        <w:rPr>
          <w:b/>
        </w:rPr>
      </w:pPr>
    </w:p>
    <w:p w:rsidR="00C90C1B" w:rsidRDefault="00C90C1B">
      <w:pPr>
        <w:spacing w:after="120" w:line="252" w:lineRule="auto"/>
      </w:pPr>
      <w:r w:rsidRPr="00C90C1B">
        <w:rPr>
          <w:b/>
        </w:rPr>
        <w:t xml:space="preserve">C6. </w:t>
      </w:r>
      <w:r w:rsidR="0076506D">
        <w:rPr>
          <w:b/>
        </w:rPr>
        <w:t>Opisz swoje zaangażowanie w życie szkoły w poprzednim roku szkolnym. Podaj max. 3 najważniejsze dla Ciebie przykłady i napisz jakie były Twoje zadania.</w:t>
      </w:r>
    </w:p>
    <w:p w:rsidR="00C90C1B" w:rsidRDefault="00C90C1B">
      <w:pPr>
        <w:spacing w:after="120" w:line="252" w:lineRule="auto"/>
      </w:pPr>
      <w:r>
        <w:t xml:space="preserve">……………………………………………………………………………………………………………………………………………………………………………………………………………………………………………………………………………………………………………………………………………………………………………………………………………………………………………………………………………………………………………………………………….  </w:t>
      </w:r>
    </w:p>
    <w:p w:rsidR="007010C0" w:rsidRDefault="003A3786">
      <w:pPr>
        <w:pStyle w:val="Nagwek1"/>
        <w:pageBreakBefore/>
        <w:spacing w:after="120" w:line="252" w:lineRule="auto"/>
        <w:rPr>
          <w:sz w:val="20"/>
          <w:szCs w:val="20"/>
        </w:rPr>
      </w:pPr>
      <w:r w:rsidRPr="003A3786">
        <w:rPr>
          <w:sz w:val="20"/>
          <w:szCs w:val="20"/>
        </w:rPr>
        <w:lastRenderedPageBreak/>
        <w:t>Część C</w:t>
      </w:r>
    </w:p>
    <w:p w:rsidR="003A3786" w:rsidRPr="003A3786" w:rsidRDefault="003A3786" w:rsidP="003A3786">
      <w:r>
        <w:t>__________________________________________________________________________________________</w:t>
      </w:r>
    </w:p>
    <w:p w:rsidR="007010C0" w:rsidRDefault="00760835">
      <w:pPr>
        <w:spacing w:after="120" w:line="252" w:lineRule="auto"/>
      </w:pPr>
      <w:r>
        <w:t>Część poufna. Możesz zaznaczyć więcej niż jedną odpowiedź. Spełnienie co najmniej jednego kryterium daje 10 punktów łącznie. Zaznaczenie kilku kryteriów nie zwiększa punktacji. Nie wpisuj diagnoz ani nazwy mniejszości.</w:t>
      </w:r>
    </w:p>
    <w:p w:rsidR="007010C0" w:rsidRDefault="00760835">
      <w:pPr>
        <w:spacing w:after="80" w:line="252" w:lineRule="auto"/>
      </w:pPr>
      <w:r>
        <w:t>☐ Mam trudności w nauce i potrzebuję dodatkowego wsparcia.</w:t>
      </w:r>
    </w:p>
    <w:p w:rsidR="007010C0" w:rsidRDefault="00760835">
      <w:pPr>
        <w:spacing w:after="80" w:line="252" w:lineRule="auto"/>
      </w:pPr>
      <w:r>
        <w:t>☐ Mam specjalne potrzeby edukacyjne.</w:t>
      </w:r>
    </w:p>
    <w:p w:rsidR="007010C0" w:rsidRDefault="00760835">
      <w:pPr>
        <w:spacing w:after="80" w:line="252" w:lineRule="auto"/>
      </w:pPr>
      <w:r>
        <w:t>☐ Mieszkam na terenie wiejskim.</w:t>
      </w:r>
    </w:p>
    <w:p w:rsidR="007010C0" w:rsidRDefault="00760835">
      <w:pPr>
        <w:spacing w:after="80" w:line="252" w:lineRule="auto"/>
      </w:pPr>
      <w:r>
        <w:t>☐ Należę do mniejszości narodowej.</w:t>
      </w:r>
    </w:p>
    <w:p w:rsidR="007010C0" w:rsidRDefault="00760835">
      <w:pPr>
        <w:spacing w:after="80" w:line="252" w:lineRule="auto"/>
      </w:pPr>
      <w:r>
        <w:t>☐ Żadne z powyższych kryteriów mnie nie dotyczy.</w:t>
      </w:r>
    </w:p>
    <w:p w:rsidR="007010C0" w:rsidRDefault="00760835">
      <w:pPr>
        <w:spacing w:after="80" w:line="252" w:lineRule="auto"/>
      </w:pPr>
      <w:r>
        <w:t>☐ Nie chcę podawać tych informacji.</w:t>
      </w:r>
    </w:p>
    <w:p w:rsidR="007010C0" w:rsidRDefault="00760835">
      <w:pPr>
        <w:spacing w:after="120" w:line="252" w:lineRule="auto"/>
      </w:pPr>
      <w:r>
        <w:t>Informacje potwierdza się poufnie w sposób opisany w regulaminie. Odmowa ujawnienia informacji nie wyklucza z rekrutacji; bez potwierdzenia kryterium komisja nie przyznaje punktów w części D.</w:t>
      </w:r>
    </w:p>
    <w:p w:rsidR="003A3786" w:rsidRDefault="003A3786">
      <w:pPr>
        <w:spacing w:after="120" w:line="252" w:lineRule="auto"/>
      </w:pPr>
    </w:p>
    <w:p w:rsidR="003A3786" w:rsidRDefault="003A3786">
      <w:pPr>
        <w:spacing w:after="120" w:line="252" w:lineRule="auto"/>
      </w:pPr>
    </w:p>
    <w:p w:rsidR="00562B60" w:rsidRDefault="00562B60">
      <w:pPr>
        <w:spacing w:after="120" w:line="252" w:lineRule="auto"/>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2B4D97" w:rsidRDefault="002B4D97" w:rsidP="00562B60">
      <w:pPr>
        <w:spacing w:after="120" w:line="252" w:lineRule="auto"/>
        <w:ind w:left="2880" w:firstLine="720"/>
        <w:rPr>
          <w:b/>
        </w:rPr>
      </w:pPr>
    </w:p>
    <w:p w:rsidR="00562B60" w:rsidRDefault="00562B60" w:rsidP="00562B60">
      <w:pPr>
        <w:spacing w:after="120" w:line="252" w:lineRule="auto"/>
        <w:ind w:left="2880" w:firstLine="720"/>
      </w:pPr>
      <w:r w:rsidRPr="00562B60">
        <w:rPr>
          <w:b/>
        </w:rPr>
        <w:lastRenderedPageBreak/>
        <w:t xml:space="preserve">OŚWIADCZENIE   </w:t>
      </w:r>
    </w:p>
    <w:p w:rsidR="007010C0" w:rsidRDefault="00760835" w:rsidP="00562B60">
      <w:pPr>
        <w:spacing w:after="120" w:line="252" w:lineRule="auto"/>
      </w:pPr>
      <w:r>
        <w:t>Oświadczam, że podane informacje są zgodne z moją wiedzą, a zadania zawierają moje pomysły. Zapoznałem</w:t>
      </w:r>
      <w:r w:rsidR="00562B60">
        <w:t>/</w:t>
      </w:r>
      <w:r>
        <w:t>zapoznałam się z regulaminem i deklaruję udział w działaniach projektu w razie zakwalifikowania.</w:t>
      </w:r>
    </w:p>
    <w:p w:rsidR="007010C0" w:rsidRDefault="00562B60">
      <w:pPr>
        <w:spacing w:after="120" w:line="252" w:lineRule="auto"/>
      </w:pPr>
      <w:r>
        <w:t>Data i podpis kandydata</w:t>
      </w:r>
      <w:r w:rsidR="00760835">
        <w:t>: ...............................................................................................</w:t>
      </w:r>
    </w:p>
    <w:p w:rsidR="007010C0" w:rsidRDefault="00760835" w:rsidP="00FF5404">
      <w:pPr>
        <w:spacing w:after="120" w:line="252" w:lineRule="auto"/>
      </w:pPr>
      <w:r>
        <w:br/>
      </w:r>
    </w:p>
    <w:p w:rsidR="002B4D97" w:rsidRDefault="002B4D97" w:rsidP="00FF5404">
      <w:pPr>
        <w:spacing w:after="120" w:line="252" w:lineRule="auto"/>
      </w:pPr>
    </w:p>
    <w:p w:rsidR="00562B60" w:rsidRPr="00562B60" w:rsidRDefault="00562B60" w:rsidP="00562B60">
      <w:pPr>
        <w:spacing w:after="120" w:line="252" w:lineRule="auto"/>
        <w:ind w:left="2880" w:firstLine="720"/>
        <w:rPr>
          <w:b/>
        </w:rPr>
      </w:pPr>
      <w:r w:rsidRPr="00562B60">
        <w:rPr>
          <w:b/>
        </w:rPr>
        <w:t xml:space="preserve"> OŚWIADCZENIE      </w:t>
      </w:r>
    </w:p>
    <w:p w:rsidR="00562B60" w:rsidRDefault="00562B60" w:rsidP="00562B60">
      <w:pPr>
        <w:spacing w:after="120" w:line="252" w:lineRule="auto"/>
      </w:pPr>
      <w:r w:rsidRPr="00562B60">
        <w:t>Oświadczam, iż za</w:t>
      </w:r>
      <w:r w:rsidR="002B4D97">
        <w:t>poznałam/zapoznałem się z regul</w:t>
      </w:r>
      <w:r w:rsidRPr="00562B60">
        <w:t>minem udziału w projekc</w:t>
      </w:r>
      <w:r>
        <w:t xml:space="preserve">ie </w:t>
      </w:r>
      <w:r w:rsidRPr="00562B60">
        <w:t>o numerze</w:t>
      </w:r>
      <w:r w:rsidR="002B4D97">
        <w:t xml:space="preserve"> </w:t>
      </w:r>
      <w:r w:rsidRPr="00562B60">
        <w:rPr>
          <w:rFonts w:ascii="Times New Roman" w:hAnsi="Times New Roman" w:cs="Times New Roman"/>
          <w:sz w:val="20"/>
          <w:szCs w:val="20"/>
        </w:rPr>
        <w:t>2026-1-PL01-KA121-SCH-000421765</w:t>
      </w:r>
      <w:r w:rsidRPr="00562B60">
        <w:t xml:space="preserve">  realizowanym w ramach programu </w:t>
      </w:r>
      <w:r>
        <w:t>Erasmus+</w:t>
      </w:r>
      <w:r w:rsidRPr="00562B60">
        <w:t>, oraz że spełniam warunki uczestnictwa określone w regulaminie</w:t>
      </w:r>
      <w:r>
        <w:t>.</w:t>
      </w:r>
    </w:p>
    <w:p w:rsidR="00562B60" w:rsidRDefault="00562B60" w:rsidP="00562B60">
      <w:pPr>
        <w:spacing w:after="120" w:line="252" w:lineRule="auto"/>
      </w:pPr>
      <w:r>
        <w:t>Data ................................</w:t>
      </w:r>
    </w:p>
    <w:p w:rsidR="007010C0" w:rsidRPr="00562B60" w:rsidRDefault="00562B60" w:rsidP="00562B60">
      <w:pPr>
        <w:spacing w:after="120" w:line="252" w:lineRule="auto"/>
      </w:pPr>
      <w:r>
        <w:t>C</w:t>
      </w:r>
      <w:r w:rsidRPr="00562B60">
        <w:t>zytelny podpis kandydata</w:t>
      </w:r>
      <w:r>
        <w:t xml:space="preserve"> ……………………………………………………………………………………………………….</w:t>
      </w:r>
    </w:p>
    <w:p w:rsidR="002B4D97" w:rsidRDefault="002B4D97">
      <w:pPr>
        <w:spacing w:after="120" w:line="252" w:lineRule="auto"/>
      </w:pPr>
      <w:r>
        <w:tab/>
      </w:r>
      <w:r>
        <w:tab/>
      </w:r>
      <w:r>
        <w:tab/>
      </w:r>
    </w:p>
    <w:p w:rsidR="002B4D97" w:rsidRDefault="002B4D97" w:rsidP="002B4D97">
      <w:pPr>
        <w:spacing w:after="120" w:line="252" w:lineRule="auto"/>
        <w:ind w:left="1440" w:firstLine="720"/>
        <w:rPr>
          <w:b/>
        </w:rPr>
      </w:pPr>
    </w:p>
    <w:p w:rsidR="007010C0" w:rsidRPr="002B4D97" w:rsidRDefault="002B4D97" w:rsidP="002B4D97">
      <w:pPr>
        <w:spacing w:after="120" w:line="252" w:lineRule="auto"/>
        <w:ind w:left="1440" w:firstLine="720"/>
        <w:rPr>
          <w:b/>
        </w:rPr>
      </w:pPr>
      <w:r w:rsidRPr="002B4D97">
        <w:rPr>
          <w:b/>
        </w:rPr>
        <w:t>OŚWIADCZENIE RODZICA/OPIEKUNA PRAWNEGO</w:t>
      </w:r>
    </w:p>
    <w:p w:rsidR="002B4D97" w:rsidRDefault="002B4D97">
      <w:pPr>
        <w:spacing w:after="120" w:line="252" w:lineRule="auto"/>
      </w:pPr>
      <w:r>
        <w:t>O</w:t>
      </w:r>
      <w:r w:rsidRPr="00562B60">
        <w:t>Oświadczam, iż za</w:t>
      </w:r>
      <w:r>
        <w:t>poznałam/zapoznałem się z regul</w:t>
      </w:r>
      <w:r w:rsidRPr="00562B60">
        <w:t>minem udziału w projekc</w:t>
      </w:r>
      <w:r>
        <w:t xml:space="preserve">ie </w:t>
      </w:r>
      <w:r w:rsidRPr="00562B60">
        <w:t>o numerze</w:t>
      </w:r>
      <w:r>
        <w:t xml:space="preserve"> </w:t>
      </w:r>
      <w:r w:rsidRPr="00562B60">
        <w:rPr>
          <w:rFonts w:ascii="Times New Roman" w:hAnsi="Times New Roman" w:cs="Times New Roman"/>
          <w:sz w:val="20"/>
          <w:szCs w:val="20"/>
        </w:rPr>
        <w:t>2026-1-PL01-KA121-SCH-000421765</w:t>
      </w:r>
      <w:r w:rsidRPr="00562B60">
        <w:t xml:space="preserve">  realizowanym w ramach programu </w:t>
      </w:r>
      <w:r>
        <w:t>Erasmus+ I wyrażam zgodę na udział mojego dziecka w rekrutacji oraz w projekcie w razie zakwalifikowania.</w:t>
      </w:r>
    </w:p>
    <w:p w:rsidR="002B4D97" w:rsidRDefault="002B4D97">
      <w:pPr>
        <w:spacing w:after="120" w:line="252" w:lineRule="auto"/>
      </w:pPr>
    </w:p>
    <w:p w:rsidR="002B4D97" w:rsidRDefault="002B4D97" w:rsidP="002B4D97">
      <w:pPr>
        <w:spacing w:after="120" w:line="252" w:lineRule="auto"/>
      </w:pPr>
      <w:r>
        <w:t>Data ................................</w:t>
      </w:r>
    </w:p>
    <w:p w:rsidR="002B4D97" w:rsidRPr="00562B60" w:rsidRDefault="002B4D97" w:rsidP="002B4D97">
      <w:pPr>
        <w:spacing w:after="120" w:line="252" w:lineRule="auto"/>
      </w:pPr>
      <w:r>
        <w:t>Czytelny podpis rodzica/opiekuna prawnego………………………………………………………………………………………………………</w:t>
      </w:r>
    </w:p>
    <w:p w:rsidR="002B4D97" w:rsidRDefault="002B4D97">
      <w:pPr>
        <w:spacing w:after="120" w:line="252" w:lineRule="auto"/>
      </w:pPr>
    </w:p>
    <w:p w:rsidR="007010C0" w:rsidRDefault="00760835">
      <w:pPr>
        <w:pStyle w:val="Nagwek1"/>
        <w:pageBreakBefore/>
        <w:spacing w:after="120" w:line="252" w:lineRule="auto"/>
      </w:pPr>
      <w:r>
        <w:lastRenderedPageBreak/>
        <w:t>Karta oceny dla komisji rekrutacyjnej</w:t>
      </w:r>
    </w:p>
    <w:p w:rsidR="007010C0" w:rsidRDefault="00760835">
      <w:pPr>
        <w:spacing w:after="120" w:line="252" w:lineRule="auto"/>
      </w:pPr>
      <w:r>
        <w:rPr>
          <w:sz w:val="20"/>
        </w:rPr>
        <w:t>Kod zgłoszenia: ....................................  Data oceny: .............................................</w:t>
      </w:r>
    </w:p>
    <w:tbl>
      <w:tblPr>
        <w:tblStyle w:val="Tabela-Siatka"/>
        <w:tblW w:w="0" w:type="auto"/>
        <w:tblLayout w:type="fixed"/>
        <w:tblLook w:val="04A0" w:firstRow="1" w:lastRow="0" w:firstColumn="1" w:lastColumn="0" w:noHBand="0" w:noVBand="1"/>
      </w:tblPr>
      <w:tblGrid>
        <w:gridCol w:w="1440"/>
        <w:gridCol w:w="6912"/>
        <w:gridCol w:w="1296"/>
      </w:tblGrid>
      <w:tr w:rsidR="007010C0">
        <w:tc>
          <w:tcPr>
            <w:tcW w:w="1440" w:type="dxa"/>
            <w:tcBorders>
              <w:top w:val="single" w:sz="4" w:space="0" w:color="D9D9D9"/>
              <w:left w:val="single" w:sz="4" w:space="0" w:color="D9D9D9"/>
              <w:bottom w:val="single" w:sz="4" w:space="0" w:color="D9D9D9"/>
              <w:right w:val="single" w:sz="4" w:space="0" w:color="D9D9D9"/>
            </w:tcBorders>
            <w:shd w:val="clear" w:color="auto" w:fill="E8EEF4"/>
          </w:tcPr>
          <w:p w:rsidR="007010C0" w:rsidRDefault="00760835">
            <w:pPr>
              <w:spacing w:before="80" w:after="80"/>
            </w:pPr>
            <w:r>
              <w:rPr>
                <w:b/>
                <w:sz w:val="20"/>
              </w:rPr>
              <w:t>Pozycja</w:t>
            </w:r>
          </w:p>
        </w:tc>
        <w:tc>
          <w:tcPr>
            <w:tcW w:w="6912" w:type="dxa"/>
            <w:tcBorders>
              <w:top w:val="single" w:sz="4" w:space="0" w:color="D9D9D9"/>
              <w:left w:val="single" w:sz="4" w:space="0" w:color="D9D9D9"/>
              <w:bottom w:val="single" w:sz="4" w:space="0" w:color="D9D9D9"/>
              <w:right w:val="single" w:sz="4" w:space="0" w:color="D9D9D9"/>
            </w:tcBorders>
            <w:shd w:val="clear" w:color="auto" w:fill="E8EEF4"/>
          </w:tcPr>
          <w:p w:rsidR="007010C0" w:rsidRDefault="00760835">
            <w:pPr>
              <w:spacing w:before="80" w:after="80"/>
            </w:pPr>
            <w:r>
              <w:rPr>
                <w:b/>
                <w:sz w:val="20"/>
              </w:rPr>
              <w:t>Klucz lub zasada oceny</w:t>
            </w:r>
          </w:p>
        </w:tc>
        <w:tc>
          <w:tcPr>
            <w:tcW w:w="1296" w:type="dxa"/>
            <w:tcBorders>
              <w:top w:val="single" w:sz="4" w:space="0" w:color="D9D9D9"/>
              <w:left w:val="single" w:sz="4" w:space="0" w:color="D9D9D9"/>
              <w:bottom w:val="single" w:sz="4" w:space="0" w:color="D9D9D9"/>
              <w:right w:val="single" w:sz="4" w:space="0" w:color="D9D9D9"/>
            </w:tcBorders>
            <w:shd w:val="clear" w:color="auto" w:fill="E8EEF4"/>
          </w:tcPr>
          <w:p w:rsidR="007010C0" w:rsidRDefault="00760835">
            <w:pPr>
              <w:spacing w:before="80" w:after="80"/>
            </w:pPr>
            <w:r>
              <w:rPr>
                <w:b/>
                <w:sz w:val="20"/>
              </w:rPr>
              <w:t>Wynik</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A1</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Każda wybrana odpowiedź a–c = 1 pkt; maksymalnie 2 pkt</w:t>
            </w:r>
            <w:r w:rsidR="00C90C1B">
              <w:rPr>
                <w:sz w:val="20"/>
              </w:rPr>
              <w:t>, uzasa</w:t>
            </w:r>
            <w:r w:rsidR="00501010">
              <w:rPr>
                <w:sz w:val="20"/>
              </w:rPr>
              <w:t>d</w:t>
            </w:r>
            <w:r w:rsidR="00C90C1B">
              <w:rPr>
                <w:sz w:val="20"/>
              </w:rPr>
              <w:t>nienie po 1 pkt.</w:t>
            </w:r>
          </w:p>
        </w:tc>
        <w:tc>
          <w:tcPr>
            <w:tcW w:w="1296" w:type="dxa"/>
            <w:tcBorders>
              <w:top w:val="single" w:sz="4" w:space="0" w:color="D9D9D9"/>
              <w:left w:val="single" w:sz="4" w:space="0" w:color="D9D9D9"/>
              <w:bottom w:val="single" w:sz="4" w:space="0" w:color="D9D9D9"/>
              <w:right w:val="single" w:sz="4" w:space="0" w:color="D9D9D9"/>
            </w:tcBorders>
          </w:tcPr>
          <w:p w:rsidR="007010C0" w:rsidRDefault="00C90C1B">
            <w:pPr>
              <w:spacing w:before="80" w:after="80"/>
            </w:pPr>
            <w:r>
              <w:rPr>
                <w:sz w:val="20"/>
              </w:rPr>
              <w:t>… / 4</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A2</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506D">
            <w:pPr>
              <w:spacing w:before="80" w:after="80"/>
            </w:pPr>
            <w:r>
              <w:rPr>
                <w:sz w:val="20"/>
              </w:rPr>
              <w:t>a = 2</w:t>
            </w:r>
            <w:r w:rsidR="00760835">
              <w:rPr>
                <w:sz w:val="20"/>
              </w:rPr>
              <w:t xml:space="preserve"> pkt; b = 1 pkt; c = 0 pkt</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506D">
            <w:pPr>
              <w:spacing w:before="80" w:after="80"/>
            </w:pPr>
            <w:r>
              <w:rPr>
                <w:sz w:val="20"/>
              </w:rPr>
              <w:t>… / 2</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A3</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Cel uczenia się 0–2; sposób działania wobec trudności 0–2; wykorzystanie umiejętności 0–2</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 / 6</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A4</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Wybór 1–4 obszarów: 2 pkt; najważniejszy obszar: 1 pkt; uzasadnienie: 0–2 pkt</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 / 5</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A5</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Narzędzie lub deklaracja początkującego: 1 pkt; dwa pomysły: po 0–2 pkt</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 / 5</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B1</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a = 1 pkt; b = 3 pkt; c = 0 pkt</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 / 3</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B2</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a = 3 pkt; b = 1 pkt; c = 0 pkt</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 / 3</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B3</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Pomysł na wspólne poznanie zainteresowań 0–2; sposób pomocy w rozmowie 0–2</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 / 4</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C1–C5</w:t>
            </w:r>
          </w:p>
        </w:tc>
        <w:tc>
          <w:tcPr>
            <w:tcW w:w="6912" w:type="dxa"/>
            <w:tcBorders>
              <w:top w:val="single" w:sz="4" w:space="0" w:color="D9D9D9"/>
              <w:left w:val="single" w:sz="4" w:space="0" w:color="D9D9D9"/>
              <w:bottom w:val="single" w:sz="4" w:space="0" w:color="D9D9D9"/>
              <w:right w:val="single" w:sz="4" w:space="0" w:color="D9D9D9"/>
            </w:tcBorders>
          </w:tcPr>
          <w:p w:rsidR="007010C0" w:rsidRDefault="00C90C1B">
            <w:pPr>
              <w:spacing w:before="80" w:after="80"/>
            </w:pPr>
            <w:r>
              <w:rPr>
                <w:sz w:val="20"/>
              </w:rPr>
              <w:t xml:space="preserve">Za każde TAK 1 </w:t>
            </w:r>
            <w:r w:rsidR="00760835">
              <w:rPr>
                <w:sz w:val="20"/>
              </w:rPr>
              <w:t>pkt; za NIE lub brak odpowiedzi 0 pkt</w:t>
            </w:r>
            <w:r w:rsidR="0076506D">
              <w:rPr>
                <w:sz w:val="20"/>
              </w:rPr>
              <w:t>, C6 – 3</w:t>
            </w:r>
            <w:r>
              <w:rPr>
                <w:sz w:val="20"/>
              </w:rPr>
              <w:t xml:space="preserve"> pkt, 1 lub 0</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506D">
            <w:pPr>
              <w:spacing w:before="80" w:after="80"/>
            </w:pPr>
            <w:r>
              <w:rPr>
                <w:sz w:val="20"/>
              </w:rPr>
              <w:t>… / 8</w:t>
            </w:r>
          </w:p>
        </w:tc>
      </w:tr>
      <w:tr w:rsidR="007010C0">
        <w:tc>
          <w:tcPr>
            <w:tcW w:w="1440"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D</w:t>
            </w:r>
          </w:p>
        </w:tc>
        <w:tc>
          <w:tcPr>
            <w:tcW w:w="6912"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Co najmniej jedno poufnie potwierdzone kryterium = 10 pkt; brak potwierdzenia = 0 pkt</w:t>
            </w:r>
          </w:p>
        </w:tc>
        <w:tc>
          <w:tcPr>
            <w:tcW w:w="1296" w:type="dxa"/>
            <w:tcBorders>
              <w:top w:val="single" w:sz="4" w:space="0" w:color="D9D9D9"/>
              <w:left w:val="single" w:sz="4" w:space="0" w:color="D9D9D9"/>
              <w:bottom w:val="single" w:sz="4" w:space="0" w:color="D9D9D9"/>
              <w:right w:val="single" w:sz="4" w:space="0" w:color="D9D9D9"/>
            </w:tcBorders>
          </w:tcPr>
          <w:p w:rsidR="007010C0" w:rsidRDefault="00760835">
            <w:pPr>
              <w:spacing w:before="80" w:after="80"/>
            </w:pPr>
            <w:r>
              <w:rPr>
                <w:sz w:val="20"/>
              </w:rPr>
              <w:t>… / 10</w:t>
            </w:r>
          </w:p>
        </w:tc>
      </w:tr>
    </w:tbl>
    <w:p w:rsidR="007010C0" w:rsidRDefault="00760835">
      <w:pPr>
        <w:spacing w:after="120" w:line="252" w:lineRule="auto"/>
      </w:pPr>
      <w:r>
        <w:rPr>
          <w:sz w:val="20"/>
        </w:rPr>
        <w:t>W A1 wybór trzech odpowiedzi wymaga doprecyzowania do dwóch. Bez doprecyzowania — 0 pkt. W A2, B1 i B2 niejednoznaczny wybór wyjaśnia się według regulaminu.</w:t>
      </w:r>
    </w:p>
    <w:p w:rsidR="007010C0" w:rsidRDefault="00760835">
      <w:pPr>
        <w:pStyle w:val="Nagwek1"/>
        <w:spacing w:after="120" w:line="252" w:lineRule="auto"/>
      </w:pPr>
      <w:r>
        <w:t>Jednakowe zasady oceny zadań kreatywnych</w:t>
      </w:r>
    </w:p>
    <w:p w:rsidR="007010C0" w:rsidRDefault="00760835">
      <w:pPr>
        <w:spacing w:after="120" w:line="252" w:lineRule="auto"/>
      </w:pPr>
      <w:r>
        <w:t>Wspólna skala odpowiedzi otwartych: 0 pkt — brak odpowiedzi lub odpowiedź nie na temat; 1 pkt — ogólny pomysł; 2 pkt — konkretny pomysł na temat. Wystarczy kilka słów. Nie ocenia się ortografii, długości odpowiedzi ani poziomu znajomości aplikacji.</w:t>
      </w:r>
    </w:p>
    <w:p w:rsidR="007010C0" w:rsidRDefault="00760835">
      <w:pPr>
        <w:spacing w:after="120" w:line="252" w:lineRule="auto"/>
      </w:pPr>
      <w:r>
        <w:t>Przykład: „zrobię plakat” — 1 pkt; „zrobię plakat przedstawiający naszą szkołę” — 2 pkt. Inne trafne pomysły oceniaj tak samo.</w:t>
      </w:r>
    </w:p>
    <w:p w:rsidR="007010C0" w:rsidRDefault="0076506D">
      <w:pPr>
        <w:spacing w:after="120" w:line="252" w:lineRule="auto"/>
      </w:pPr>
      <w:r>
        <w:t>Suma A: … / 22 Suma B: … / 10   Suma C: … / 8</w:t>
      </w:r>
      <w:r w:rsidR="00760835">
        <w:t xml:space="preserve">   Suma D: … / 10</w:t>
      </w:r>
      <w:r w:rsidR="00760835">
        <w:br/>
        <w:t>Łącznie: … / 50   Miejsce na liście: …</w:t>
      </w:r>
      <w:r w:rsidR="00760835">
        <w:br/>
        <w:t>☐ lista główna  ☐ lista rezerwowa</w:t>
      </w:r>
    </w:p>
    <w:p w:rsidR="007010C0" w:rsidRDefault="00760835">
      <w:pPr>
        <w:spacing w:after="120" w:line="252" w:lineRule="auto"/>
      </w:pPr>
      <w:r>
        <w:rPr>
          <w:sz w:val="20"/>
        </w:rPr>
        <w:t>Potwierdzenie D: ☐ dokumentacja szkolna ☐ oświadczenie o miejscu zamieszkania</w:t>
      </w:r>
      <w:r>
        <w:rPr>
          <w:sz w:val="20"/>
        </w:rPr>
        <w:br/>
        <w:t>☐ poufne oświadczenie ucznia pełnoletniego lub rodzica ucznia niepełnoletniego</w:t>
      </w:r>
      <w:r>
        <w:rPr>
          <w:sz w:val="20"/>
        </w:rPr>
        <w:br/>
        <w:t>Nie wpisywać rodzaju trudności, diagnozy ani pochodzenia do karty punktowej.</w:t>
      </w:r>
    </w:p>
    <w:p w:rsidR="007010C0" w:rsidRDefault="00760835">
      <w:pPr>
        <w:spacing w:after="120" w:line="252" w:lineRule="auto"/>
      </w:pPr>
      <w:r>
        <w:t>Krótkie uzasadnienie ocen odpowiedzi otwartych i ewentualnych korekt:</w:t>
      </w:r>
    </w:p>
    <w:p w:rsidR="007010C0" w:rsidRDefault="00760835">
      <w:pPr>
        <w:spacing w:after="120" w:line="252" w:lineRule="auto"/>
      </w:pPr>
      <w:r>
        <w:rPr>
          <w:sz w:val="20"/>
        </w:rPr>
        <w:t>........................................................................................................................</w:t>
      </w:r>
    </w:p>
    <w:p w:rsidR="007010C0" w:rsidRDefault="00760835">
      <w:pPr>
        <w:spacing w:after="120" w:line="252" w:lineRule="auto"/>
      </w:pPr>
      <w:r>
        <w:rPr>
          <w:sz w:val="20"/>
        </w:rPr>
        <w:t>........................................................................................................................</w:t>
      </w:r>
    </w:p>
    <w:p w:rsidR="007010C0" w:rsidRDefault="00760835">
      <w:pPr>
        <w:spacing w:after="120" w:line="252" w:lineRule="auto"/>
      </w:pPr>
      <w:r>
        <w:rPr>
          <w:sz w:val="20"/>
        </w:rPr>
        <w:t>Podpisy oceniających: ..............................................................................................</w:t>
      </w:r>
    </w:p>
    <w:p w:rsidR="007010C0" w:rsidRDefault="00760835">
      <w:pPr>
        <w:pStyle w:val="Nagwek1"/>
        <w:pageBreakBefore/>
        <w:spacing w:after="120" w:line="252" w:lineRule="auto"/>
      </w:pPr>
      <w:r>
        <w:lastRenderedPageBreak/>
        <w:t>Prosty klucz oceny A4 i A5</w:t>
      </w:r>
    </w:p>
    <w:p w:rsidR="007010C0" w:rsidRDefault="00760835">
      <w:pPr>
        <w:spacing w:after="120" w:line="252" w:lineRule="auto"/>
      </w:pPr>
      <w:r>
        <w:t>A4 — maksymalnie 5 pkt. Wybór 1–4 obszarów: 2 pkt. Wskazanie najważniejszego obszaru: 1 pkt. Uzasadnienie: 0–2 pkt według wspólnej skali poniżej.</w:t>
      </w:r>
    </w:p>
    <w:p w:rsidR="007010C0" w:rsidRDefault="00760835">
      <w:pPr>
        <w:spacing w:after="120" w:line="252" w:lineRule="auto"/>
      </w:pPr>
      <w:r>
        <w:t>A5 — maksymalnie 5 pkt. Zaznaczenie narzędzia lub odpowiedzi „nie korzystam jeszcze swobodnie”: 1 pkt. Każdy z maksymalnie dwóch pomysłów: 0–2 pkt według wspólnej skali poniżej. Pomysł na naukę i późniejsze wykorzystanie umiejętności ocenia się tak samo.</w:t>
      </w:r>
    </w:p>
    <w:p w:rsidR="007010C0" w:rsidRDefault="00760835">
      <w:pPr>
        <w:spacing w:after="120" w:line="252" w:lineRule="auto"/>
      </w:pPr>
      <w:r>
        <w:t>Wspólna skala odpowiedzi otwartych: 0 pkt — brak odpowiedzi lub odpowiedź nie na temat; 1 pkt — ogólny pomysł; 2 pkt — konkretny pomysł na temat. Wystarczy kilka słów. Nie ocenia się ortografii, długości odpowiedzi ani poziomu znajomości aplikacji.</w:t>
      </w:r>
    </w:p>
    <w:p w:rsidR="007010C0" w:rsidRDefault="00760835">
      <w:pPr>
        <w:spacing w:after="120" w:line="252" w:lineRule="auto"/>
      </w:pPr>
      <w:r>
        <w:t>Oceniaj tylko pierwsze dwa pomysły w A5; powtórzenie tego samego pomysłu licz raz. Krótkie odpowiedzi ustne lub zapisane z pomocą oceniaj tak samo. Wynik wpisz do karty oceny.</w:t>
      </w: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pPr>
        <w:spacing w:after="120" w:line="252" w:lineRule="auto"/>
      </w:pPr>
    </w:p>
    <w:p w:rsidR="00EC04D3" w:rsidRDefault="00EC04D3" w:rsidP="00EC04D3">
      <w:pPr>
        <w:jc w:val="both"/>
        <w:rPr>
          <w:b/>
          <w:bCs/>
        </w:rPr>
      </w:pPr>
      <w:r>
        <w:rPr>
          <w:b/>
          <w:bCs/>
        </w:rPr>
        <w:lastRenderedPageBreak/>
        <w:t>Wyrażam zgodę na przetwarzanie w.w. danych osobowych zawartych w formularzu dla celów rekrutacji do Projektu oraz udziału ucznia w Projekcie po zakwalifikowaniu się do niego. Przetwarzanie powierzonych  danych osobowych będzie odbywało się z poszanowaniem obowiązujących przepisów RODO:</w:t>
      </w:r>
    </w:p>
    <w:p w:rsidR="00EC04D3" w:rsidRDefault="00EC04D3" w:rsidP="00EC04D3">
      <w:pPr>
        <w:shd w:val="clear" w:color="auto" w:fill="FFFFFF"/>
        <w:jc w:val="both"/>
        <w:rPr>
          <w:sz w:val="20"/>
          <w:szCs w:val="20"/>
        </w:rPr>
      </w:pPr>
      <w:r>
        <w:rPr>
          <w:sz w:val="20"/>
          <w:szCs w:val="20"/>
        </w:rPr>
        <w:t>Niniejszym, na podstawie art. 6 ust. 1 pkt a) Rozporządzenia Parlamentu Europejskiego i Rady (UE) 2016/679 z dnia 27 kwietnia 2016 r. w sprawie ochrony osób fizycznych w związku z przetwarzaniem danych osobowych i w sprawie swobodnego przepływu takich danych oraz</w:t>
      </w:r>
      <w:r>
        <w:rPr>
          <w:i/>
          <w:iCs/>
          <w:sz w:val="20"/>
          <w:szCs w:val="20"/>
        </w:rPr>
        <w:t xml:space="preserve"> uchylenia dyrektywy 95/46/WE (dalej zwanym „RODO”  w</w:t>
      </w:r>
      <w:r>
        <w:rPr>
          <w:sz w:val="20"/>
          <w:szCs w:val="20"/>
        </w:rPr>
        <w:t xml:space="preserve">yrażam zgodę na przetwarzanie moich danych osobowych zawartych w formularzu dla celów rekrutacji do projektu „Akredytowane projekty na rzecz mobilności uczniów i kadry w sektorze edukacji szkolnej” realizowanego ze środków Programu Erasmus+  sektor Edukacja Szkolna. </w:t>
      </w:r>
    </w:p>
    <w:p w:rsidR="00EC04D3" w:rsidRDefault="00EC04D3" w:rsidP="00EC04D3">
      <w:pPr>
        <w:shd w:val="clear" w:color="auto" w:fill="FFFFFF"/>
        <w:spacing w:before="280" w:after="280"/>
        <w:jc w:val="both"/>
        <w:rPr>
          <w:sz w:val="20"/>
          <w:szCs w:val="20"/>
        </w:rPr>
      </w:pPr>
      <w:r>
        <w:rPr>
          <w:sz w:val="20"/>
          <w:szCs w:val="20"/>
        </w:rPr>
        <w:t>Administratorem Danych Osobowych (zwanym dalej „ADO”) jest Dyrektor Zespółu Szkół Ogólnokształcących im. K. Kurpińskiego, ul. K. Kurpińskiego 30, 64-140 Włoszakowice</w:t>
      </w:r>
    </w:p>
    <w:p w:rsidR="00EC04D3" w:rsidRDefault="00EC04D3" w:rsidP="00EC04D3">
      <w:pPr>
        <w:shd w:val="clear" w:color="auto" w:fill="FFFFFF"/>
        <w:spacing w:before="240" w:after="150"/>
        <w:jc w:val="both"/>
        <w:rPr>
          <w:sz w:val="20"/>
          <w:szCs w:val="20"/>
        </w:rPr>
      </w:pPr>
      <w:r w:rsidRPr="003A3786">
        <w:rPr>
          <w:sz w:val="20"/>
          <w:szCs w:val="20"/>
        </w:rPr>
        <w:t>Kontakt z Inspektorem Ochrony Danych możliwy jest pod adresem email iod@lesny.com.pl. lub na adres Administratora danych z dopiskiem IOD</w:t>
      </w:r>
      <w:r>
        <w:rPr>
          <w:sz w:val="20"/>
          <w:szCs w:val="20"/>
        </w:rPr>
        <w:t>.</w:t>
      </w:r>
    </w:p>
    <w:p w:rsidR="00EC04D3" w:rsidRDefault="00EC04D3" w:rsidP="00EC04D3">
      <w:pPr>
        <w:shd w:val="clear" w:color="auto" w:fill="FFFFFF"/>
        <w:spacing w:before="240" w:after="150"/>
        <w:jc w:val="both"/>
        <w:rPr>
          <w:sz w:val="20"/>
          <w:szCs w:val="20"/>
        </w:rPr>
      </w:pPr>
      <w:r>
        <w:rPr>
          <w:sz w:val="20"/>
          <w:szCs w:val="20"/>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EC04D3" w:rsidRDefault="00EC04D3" w:rsidP="00EC04D3">
      <w:pPr>
        <w:tabs>
          <w:tab w:val="left" w:pos="6237"/>
        </w:tabs>
        <w:spacing w:after="200"/>
        <w:jc w:val="both"/>
        <w:rPr>
          <w:sz w:val="20"/>
          <w:szCs w:val="20"/>
        </w:rPr>
      </w:pPr>
      <w:r>
        <w:rPr>
          <w:sz w:val="20"/>
          <w:szCs w:val="20"/>
        </w:rPr>
        <w:t>Dane nie będą przekazywane do państwa pozostającego poza Europejskim Obszarem Gospodarczym (tzw. państwa trzeciego) lub organizacji międzynarodowej.</w:t>
      </w:r>
    </w:p>
    <w:p w:rsidR="00EC04D3" w:rsidRDefault="00EC04D3" w:rsidP="00EC04D3">
      <w:pPr>
        <w:shd w:val="clear" w:color="auto" w:fill="FFFFFF"/>
        <w:spacing w:before="280" w:after="280"/>
        <w:jc w:val="both"/>
        <w:rPr>
          <w:sz w:val="20"/>
          <w:szCs w:val="20"/>
        </w:rPr>
      </w:pPr>
      <w:r>
        <w:rPr>
          <w:sz w:val="20"/>
          <w:szCs w:val="20"/>
        </w:rPr>
        <w:t>Podane dane osobowe będą przetwarzane w celu spełnienia wymogów prawnych związanych ze wspomnianym projektem.</w:t>
      </w:r>
    </w:p>
    <w:p w:rsidR="00EC04D3" w:rsidRDefault="00EC04D3" w:rsidP="00EC04D3">
      <w:pPr>
        <w:shd w:val="clear" w:color="auto" w:fill="FFFFFF"/>
        <w:spacing w:before="280" w:after="280"/>
        <w:jc w:val="both"/>
        <w:rPr>
          <w:sz w:val="20"/>
          <w:szCs w:val="20"/>
        </w:rPr>
      </w:pPr>
      <w:r>
        <w:rPr>
          <w:sz w:val="20"/>
          <w:szCs w:val="20"/>
        </w:rPr>
        <w:t>Dane będą przetwarzane przez okres wynikający z odrębnych przepisów prawa.</w:t>
      </w:r>
    </w:p>
    <w:p w:rsidR="00EC04D3" w:rsidRDefault="00EC04D3" w:rsidP="00EC04D3"/>
    <w:p w:rsidR="00EC04D3" w:rsidRDefault="00EC04D3" w:rsidP="00EC04D3">
      <w:bookmarkStart w:id="4" w:name="_heading=h.3znysh7" w:colFirst="0" w:colLast="0"/>
      <w:bookmarkEnd w:id="4"/>
      <w:r>
        <w:t>…………………………………….…….</w:t>
      </w:r>
      <w:r>
        <w:tab/>
      </w:r>
      <w:r>
        <w:tab/>
      </w:r>
      <w:r>
        <w:tab/>
        <w:t>..................................................</w:t>
      </w:r>
    </w:p>
    <w:p w:rsidR="00EC04D3" w:rsidRDefault="00EC04D3" w:rsidP="00EC04D3">
      <w:r>
        <w:t xml:space="preserve">miejscowość i data  </w:t>
      </w:r>
      <w:r>
        <w:tab/>
      </w:r>
      <w:r>
        <w:tab/>
      </w:r>
      <w:r>
        <w:tab/>
      </w:r>
      <w:r>
        <w:tab/>
      </w:r>
      <w:r>
        <w:tab/>
      </w:r>
      <w:r>
        <w:tab/>
      </w:r>
      <w:r>
        <w:rPr>
          <w:sz w:val="20"/>
          <w:szCs w:val="20"/>
        </w:rPr>
        <w:t xml:space="preserve">   podpis kandydata/kandydatki</w:t>
      </w:r>
    </w:p>
    <w:p w:rsidR="00EC04D3" w:rsidRDefault="00EC04D3" w:rsidP="00EC04D3"/>
    <w:p w:rsidR="00EC04D3" w:rsidRDefault="00EC04D3" w:rsidP="00EC04D3">
      <w:r>
        <w:tab/>
      </w:r>
    </w:p>
    <w:p w:rsidR="00EC04D3" w:rsidRDefault="00EC04D3" w:rsidP="00EC04D3">
      <w:r>
        <w:tab/>
      </w:r>
      <w:r>
        <w:tab/>
      </w:r>
      <w:r>
        <w:tab/>
      </w:r>
      <w:r>
        <w:tab/>
      </w:r>
      <w:r>
        <w:tab/>
      </w:r>
    </w:p>
    <w:p w:rsidR="00EC04D3" w:rsidRDefault="00EC04D3" w:rsidP="00EC04D3">
      <w:r>
        <w:t>…………………………………….…….</w:t>
      </w:r>
      <w:r>
        <w:tab/>
      </w:r>
      <w:r>
        <w:tab/>
      </w:r>
      <w:r>
        <w:tab/>
        <w:t>..................................................</w:t>
      </w:r>
    </w:p>
    <w:p w:rsidR="00EC04D3" w:rsidRDefault="00EC04D3" w:rsidP="00EC04D3">
      <w:r>
        <w:t xml:space="preserve">miejscowość i data  </w:t>
      </w:r>
      <w:r>
        <w:tab/>
      </w:r>
      <w:r>
        <w:tab/>
      </w:r>
      <w:r>
        <w:tab/>
        <w:t xml:space="preserve"> podpis rodzica/opiekuna</w:t>
      </w:r>
    </w:p>
    <w:p w:rsidR="00EC04D3" w:rsidRDefault="00EC04D3" w:rsidP="00EC04D3"/>
    <w:p w:rsidR="00EC04D3" w:rsidRDefault="00EC04D3">
      <w:pPr>
        <w:spacing w:after="120" w:line="252" w:lineRule="auto"/>
      </w:pPr>
      <w:bookmarkStart w:id="5" w:name="_GoBack"/>
      <w:bookmarkEnd w:id="5"/>
    </w:p>
    <w:sectPr w:rsidR="00EC04D3" w:rsidSect="00034616">
      <w:headerReference w:type="default" r:id="rId9"/>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287" w:rsidRDefault="00041287" w:rsidP="007010C0">
      <w:pPr>
        <w:spacing w:after="0" w:line="240" w:lineRule="auto"/>
      </w:pPr>
      <w:r>
        <w:separator/>
      </w:r>
    </w:p>
  </w:endnote>
  <w:endnote w:type="continuationSeparator" w:id="0">
    <w:p w:rsidR="00041287" w:rsidRDefault="00041287" w:rsidP="0070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C1B" w:rsidRDefault="00C90C1B">
    <w:pPr>
      <w:pStyle w:val="Stopk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287" w:rsidRDefault="00041287" w:rsidP="007010C0">
      <w:pPr>
        <w:spacing w:after="0" w:line="240" w:lineRule="auto"/>
      </w:pPr>
      <w:r>
        <w:separator/>
      </w:r>
    </w:p>
  </w:footnote>
  <w:footnote w:type="continuationSeparator" w:id="0">
    <w:p w:rsidR="00041287" w:rsidRDefault="00041287" w:rsidP="00701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B02" w:rsidRDefault="00913B02">
    <w:pPr>
      <w:pStyle w:val="Nagwek"/>
    </w:pPr>
    <w:r>
      <w:rPr>
        <w:noProof/>
        <w:lang w:val="pl-PL" w:eastAsia="pl-PL"/>
      </w:rPr>
      <w:drawing>
        <wp:anchor distT="0" distB="0" distL="114300" distR="114300" simplePos="0" relativeHeight="251657216" behindDoc="0" locked="0" layoutInCell="1" allowOverlap="1">
          <wp:simplePos x="0" y="0"/>
          <wp:positionH relativeFrom="column">
            <wp:posOffset>4615180</wp:posOffset>
          </wp:positionH>
          <wp:positionV relativeFrom="paragraph">
            <wp:posOffset>114300</wp:posOffset>
          </wp:positionV>
          <wp:extent cx="1619885" cy="309245"/>
          <wp:effectExtent l="0" t="0" r="0" b="0"/>
          <wp:wrapSquare wrapText="bothSides"/>
          <wp:docPr id="4552098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619885" cy="309245"/>
                  </a:xfrm>
                  <a:prstGeom prst="rect">
                    <a:avLst/>
                  </a:prstGeom>
                  <a:ln/>
                </pic:spPr>
              </pic:pic>
            </a:graphicData>
          </a:graphic>
        </wp:anchor>
      </w:drawing>
    </w:r>
    <w:r w:rsidR="00E5465D">
      <w:rPr>
        <w:noProof/>
        <w:lang w:val="pl-PL" w:eastAsia="pl-PL"/>
      </w:rPr>
      <w:drawing>
        <wp:inline distT="0" distB="0" distL="0" distR="0">
          <wp:extent cx="1152525" cy="66024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łoszakowice Szkoła logo.jpg"/>
                  <pic:cNvPicPr/>
                </pic:nvPicPr>
                <pic:blipFill>
                  <a:blip r:embed="rId2">
                    <a:extLst>
                      <a:ext uri="{28A0092B-C50C-407E-A947-70E740481C1C}">
                        <a14:useLocalDpi xmlns:a14="http://schemas.microsoft.com/office/drawing/2010/main" val="0"/>
                      </a:ext>
                    </a:extLst>
                  </a:blip>
                  <a:stretch>
                    <a:fillRect/>
                  </a:stretch>
                </pic:blipFill>
                <pic:spPr>
                  <a:xfrm>
                    <a:off x="0" y="0"/>
                    <a:ext cx="1153944" cy="661055"/>
                  </a:xfrm>
                  <a:prstGeom prst="rect">
                    <a:avLst/>
                  </a:prstGeom>
                </pic:spPr>
              </pic:pic>
            </a:graphicData>
          </a:graphic>
        </wp:inline>
      </w:drawing>
    </w:r>
  </w:p>
  <w:p w:rsidR="00913B02" w:rsidRDefault="00913B0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47730"/>
    <w:rsid w:val="000324D5"/>
    <w:rsid w:val="00034616"/>
    <w:rsid w:val="00041287"/>
    <w:rsid w:val="0006063C"/>
    <w:rsid w:val="00071FD7"/>
    <w:rsid w:val="0015074B"/>
    <w:rsid w:val="0029639D"/>
    <w:rsid w:val="002B4D97"/>
    <w:rsid w:val="002E6811"/>
    <w:rsid w:val="002F489D"/>
    <w:rsid w:val="00326F90"/>
    <w:rsid w:val="00342BAF"/>
    <w:rsid w:val="003A3786"/>
    <w:rsid w:val="00501010"/>
    <w:rsid w:val="00562B60"/>
    <w:rsid w:val="00597B0B"/>
    <w:rsid w:val="006613F0"/>
    <w:rsid w:val="007010C0"/>
    <w:rsid w:val="00760835"/>
    <w:rsid w:val="0076506D"/>
    <w:rsid w:val="007D5F67"/>
    <w:rsid w:val="00913B02"/>
    <w:rsid w:val="00AA1D8D"/>
    <w:rsid w:val="00B47730"/>
    <w:rsid w:val="00BA4219"/>
    <w:rsid w:val="00C03163"/>
    <w:rsid w:val="00C90C1B"/>
    <w:rsid w:val="00CB0664"/>
    <w:rsid w:val="00D45901"/>
    <w:rsid w:val="00E5465D"/>
    <w:rsid w:val="00EC04D3"/>
    <w:rsid w:val="00FC693F"/>
    <w:rsid w:val="00FF540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pPr>
    <w:rPr>
      <w:rFonts w:ascii="Calibri" w:hAnsi="Calibri"/>
      <w:color w:val="00000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300" w:line="240" w:lineRule="auto"/>
      <w:contextualSpacing/>
    </w:pPr>
    <w:rPr>
      <w:rFonts w:asciiTheme="majorHAnsi" w:eastAsiaTheme="majorEastAsia" w:hAnsiTheme="majorHAnsi" w:cstheme="majorBidi"/>
      <w:spacing w:val="5"/>
      <w:kern w:val="28"/>
      <w:sz w:val="4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dymka">
    <w:name w:val="Balloon Text"/>
    <w:basedOn w:val="Normalny"/>
    <w:link w:val="TekstdymkaZnak"/>
    <w:uiPriority w:val="99"/>
    <w:semiHidden/>
    <w:unhideWhenUsed/>
    <w:rsid w:val="00E546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5465D"/>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99BB4-21AC-4FBA-B482-1C77FA633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2010</Words>
  <Characters>12062</Characters>
  <Application>Microsoft Office Word</Application>
  <DocSecurity>0</DocSecurity>
  <Lines>100</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14044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Użytkownik systemu Windows</cp:lastModifiedBy>
  <cp:revision>18</cp:revision>
  <dcterms:created xsi:type="dcterms:W3CDTF">2013-12-23T23:15:00Z</dcterms:created>
  <dcterms:modified xsi:type="dcterms:W3CDTF">2026-10-08T20:19:00Z</dcterms:modified>
  <cp:category/>
</cp:coreProperties>
</file>